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088E3" w14:textId="213B0F7A" w:rsidR="006C5822" w:rsidRPr="00924045" w:rsidRDefault="006C5822" w:rsidP="006C5822">
      <w:pPr>
        <w:pStyle w:val="Heading1"/>
        <w:spacing w:before="0"/>
        <w:jc w:val="center"/>
        <w:rPr>
          <w:rFonts w:eastAsiaTheme="minorEastAsia" w:cstheme="majorHAnsi"/>
          <w:b w:val="0"/>
          <w:bCs w:val="0"/>
          <w:color w:val="990000"/>
          <w:sz w:val="48"/>
          <w:szCs w:val="48"/>
          <w:u w:val="single"/>
        </w:rPr>
      </w:pPr>
      <w:r w:rsidRPr="00924045">
        <w:rPr>
          <w:rFonts w:eastAsiaTheme="minorEastAsia" w:cstheme="majorHAnsi"/>
          <w:b w:val="0"/>
          <w:bCs w:val="0"/>
          <w:color w:val="990000"/>
          <w:sz w:val="48"/>
          <w:szCs w:val="48"/>
          <w:u w:val="single"/>
        </w:rPr>
        <w:t xml:space="preserve">CURVE </w:t>
      </w:r>
      <w:r>
        <w:rPr>
          <w:rFonts w:eastAsiaTheme="minorEastAsia" w:cstheme="majorHAnsi"/>
          <w:b w:val="0"/>
          <w:bCs w:val="0"/>
          <w:color w:val="990000"/>
          <w:sz w:val="48"/>
          <w:szCs w:val="48"/>
          <w:u w:val="single"/>
        </w:rPr>
        <w:t>Experience</w:t>
      </w:r>
      <w:r w:rsidRPr="00924045">
        <w:rPr>
          <w:rFonts w:eastAsiaTheme="minorEastAsia" w:cstheme="majorHAnsi"/>
          <w:b w:val="0"/>
          <w:bCs w:val="0"/>
          <w:color w:val="990000"/>
          <w:sz w:val="48"/>
          <w:szCs w:val="48"/>
          <w:u w:val="single"/>
        </w:rPr>
        <w:t xml:space="preserve"> Summary Template</w:t>
      </w:r>
    </w:p>
    <w:p w14:paraId="7D1231CD" w14:textId="77777777" w:rsidR="006C5822" w:rsidRDefault="006C5822" w:rsidP="006C5822">
      <w:pPr>
        <w:pStyle w:val="pdq2pgselectionanchorcontainer"/>
        <w:spacing w:before="0" w:beforeAutospacing="0" w:after="0" w:afterAutospacing="0"/>
        <w:jc w:val="both"/>
        <w:rPr>
          <w:rFonts w:asciiTheme="minorHAnsi" w:hAnsiTheme="minorHAnsi"/>
          <w:sz w:val="22"/>
          <w:szCs w:val="22"/>
        </w:rPr>
      </w:pPr>
    </w:p>
    <w:p w14:paraId="7045BB8A" w14:textId="75D81107" w:rsidR="006C5822" w:rsidRPr="006C5822" w:rsidRDefault="006C5822" w:rsidP="006C5822">
      <w:pPr>
        <w:pStyle w:val="pdq2pgselectionanchorcontainer"/>
        <w:spacing w:before="0" w:beforeAutospacing="0"/>
        <w:jc w:val="both"/>
        <w:rPr>
          <w:rFonts w:asciiTheme="minorHAnsi" w:hAnsiTheme="minorHAnsi"/>
          <w:sz w:val="22"/>
          <w:szCs w:val="22"/>
        </w:rPr>
      </w:pPr>
      <w:r w:rsidRPr="006C5822">
        <w:rPr>
          <w:rFonts w:asciiTheme="minorHAnsi" w:hAnsiTheme="minorHAnsi"/>
          <w:sz w:val="22"/>
          <w:szCs w:val="22"/>
        </w:rPr>
        <w:t>This template replaces the resume as part of the CURVE application. Please summarize experiences that have helped prepare you for undergraduate research. Experiences may include coursework, employment, internships, research, student organizations, volunteer work, leadership roles, or personal projects.</w:t>
      </w:r>
      <w:r>
        <w:rPr>
          <w:rFonts w:asciiTheme="minorHAnsi" w:hAnsiTheme="minorHAnsi"/>
          <w:sz w:val="22"/>
          <w:szCs w:val="22"/>
        </w:rPr>
        <w:t xml:space="preserve"> </w:t>
      </w:r>
      <w:r w:rsidRPr="006C5822">
        <w:rPr>
          <w:rFonts w:asciiTheme="minorHAnsi" w:hAnsiTheme="minorHAnsi"/>
          <w:sz w:val="22"/>
          <w:szCs w:val="22"/>
        </w:rPr>
        <w:t>This structured summary helps faculty reviewers evaluate applicants in a consistent and equitable manner.</w:t>
      </w:r>
    </w:p>
    <w:p w14:paraId="4E2D2079" w14:textId="77777777" w:rsidR="00A54826" w:rsidRPr="00392EF5" w:rsidRDefault="00E86FA3">
      <w:pPr>
        <w:pStyle w:val="Heading1"/>
        <w:rPr>
          <w:color w:val="990000"/>
        </w:rPr>
      </w:pPr>
      <w:r w:rsidRPr="00392EF5">
        <w:rPr>
          <w:color w:val="990000"/>
        </w:rPr>
        <w:t>R</w:t>
      </w:r>
      <w:r w:rsidRPr="00392EF5">
        <w:rPr>
          <w:color w:val="990000"/>
        </w:rPr>
        <w:t>elevant Experience #1</w:t>
      </w:r>
    </w:p>
    <w:tbl>
      <w:tblPr>
        <w:tblStyle w:val="TableGrid"/>
        <w:tblW w:w="0" w:type="auto"/>
        <w:tblLook w:val="04A0" w:firstRow="1" w:lastRow="0" w:firstColumn="1" w:lastColumn="0" w:noHBand="0" w:noVBand="1"/>
      </w:tblPr>
      <w:tblGrid>
        <w:gridCol w:w="4320"/>
        <w:gridCol w:w="4320"/>
      </w:tblGrid>
      <w:tr w:rsidR="00392EF5" w:rsidRPr="00392EF5" w14:paraId="15E31354" w14:textId="77777777">
        <w:tc>
          <w:tcPr>
            <w:tcW w:w="4320" w:type="dxa"/>
          </w:tcPr>
          <w:p w14:paraId="3443998D" w14:textId="77777777" w:rsidR="00A54826" w:rsidRPr="006C5822" w:rsidRDefault="00E86FA3">
            <w:pPr>
              <w:rPr>
                <w:b/>
                <w:bCs/>
              </w:rPr>
            </w:pPr>
            <w:r w:rsidRPr="006C5822">
              <w:rPr>
                <w:b/>
                <w:bCs/>
              </w:rPr>
              <w:t>Experience Title</w:t>
            </w:r>
          </w:p>
        </w:tc>
        <w:tc>
          <w:tcPr>
            <w:tcW w:w="4320" w:type="dxa"/>
          </w:tcPr>
          <w:p w14:paraId="206676AA" w14:textId="77777777" w:rsidR="00A54826" w:rsidRPr="00392EF5" w:rsidRDefault="00E86FA3">
            <w:r w:rsidRPr="00392EF5">
              <w:br/>
            </w:r>
          </w:p>
        </w:tc>
      </w:tr>
      <w:tr w:rsidR="00392EF5" w:rsidRPr="00392EF5" w14:paraId="1B0929AC" w14:textId="77777777">
        <w:tc>
          <w:tcPr>
            <w:tcW w:w="4320" w:type="dxa"/>
          </w:tcPr>
          <w:p w14:paraId="43694080" w14:textId="77777777" w:rsidR="00A54826" w:rsidRPr="006C5822" w:rsidRDefault="00E86FA3">
            <w:pPr>
              <w:rPr>
                <w:b/>
                <w:bCs/>
              </w:rPr>
            </w:pPr>
            <w:r w:rsidRPr="006C5822">
              <w:rPr>
                <w:b/>
                <w:bCs/>
              </w:rPr>
              <w:t>Organization / Course</w:t>
            </w:r>
          </w:p>
        </w:tc>
        <w:tc>
          <w:tcPr>
            <w:tcW w:w="4320" w:type="dxa"/>
          </w:tcPr>
          <w:p w14:paraId="37DC572D" w14:textId="77777777" w:rsidR="00A54826" w:rsidRPr="00392EF5" w:rsidRDefault="00E86FA3">
            <w:r w:rsidRPr="00392EF5">
              <w:br/>
            </w:r>
          </w:p>
        </w:tc>
      </w:tr>
      <w:tr w:rsidR="00392EF5" w:rsidRPr="00392EF5" w14:paraId="5B0CF1C9" w14:textId="77777777">
        <w:tc>
          <w:tcPr>
            <w:tcW w:w="4320" w:type="dxa"/>
          </w:tcPr>
          <w:p w14:paraId="49907A89" w14:textId="77777777" w:rsidR="00A54826" w:rsidRPr="006C5822" w:rsidRDefault="00E86FA3">
            <w:pPr>
              <w:rPr>
                <w:b/>
                <w:bCs/>
              </w:rPr>
            </w:pPr>
            <w:r w:rsidRPr="006C5822">
              <w:rPr>
                <w:b/>
                <w:bCs/>
              </w:rPr>
              <w:t>Dates</w:t>
            </w:r>
          </w:p>
        </w:tc>
        <w:tc>
          <w:tcPr>
            <w:tcW w:w="4320" w:type="dxa"/>
          </w:tcPr>
          <w:p w14:paraId="46B9A572" w14:textId="77777777" w:rsidR="00A54826" w:rsidRPr="00392EF5" w:rsidRDefault="00E86FA3">
            <w:r w:rsidRPr="00392EF5">
              <w:br/>
            </w:r>
          </w:p>
        </w:tc>
      </w:tr>
      <w:tr w:rsidR="00392EF5" w:rsidRPr="00392EF5" w14:paraId="11F4B452" w14:textId="77777777" w:rsidTr="006C5822">
        <w:trPr>
          <w:trHeight w:val="620"/>
        </w:trPr>
        <w:tc>
          <w:tcPr>
            <w:tcW w:w="4320" w:type="dxa"/>
          </w:tcPr>
          <w:p w14:paraId="2AFC57D4" w14:textId="77777777" w:rsidR="00A54826" w:rsidRPr="006C5822" w:rsidRDefault="006C5822">
            <w:pPr>
              <w:rPr>
                <w:b/>
                <w:bCs/>
              </w:rPr>
            </w:pPr>
            <w:r w:rsidRPr="006C5822">
              <w:rPr>
                <w:b/>
                <w:bCs/>
              </w:rPr>
              <w:t>Brief</w:t>
            </w:r>
            <w:r w:rsidR="00E86FA3" w:rsidRPr="006C5822">
              <w:rPr>
                <w:b/>
                <w:bCs/>
              </w:rPr>
              <w:t xml:space="preserve"> Description</w:t>
            </w:r>
          </w:p>
          <w:p w14:paraId="3F8A0AE6" w14:textId="77777777" w:rsidR="006C5822" w:rsidRDefault="006C5822">
            <w:pPr>
              <w:rPr>
                <w:i/>
                <w:iCs/>
                <w:sz w:val="20"/>
                <w:szCs w:val="20"/>
              </w:rPr>
            </w:pPr>
            <w:r w:rsidRPr="006C5822">
              <w:rPr>
                <w:i/>
                <w:iCs/>
                <w:sz w:val="20"/>
                <w:szCs w:val="20"/>
              </w:rPr>
              <w:t>Describe your responsibilities/contributions</w:t>
            </w:r>
            <w:r>
              <w:rPr>
                <w:i/>
                <w:iCs/>
                <w:sz w:val="20"/>
                <w:szCs w:val="20"/>
              </w:rPr>
              <w:t>. (150 words max.)</w:t>
            </w:r>
          </w:p>
          <w:p w14:paraId="1AA49107" w14:textId="67D05CEE" w:rsidR="005E66EC" w:rsidRPr="006C5822" w:rsidRDefault="005E66EC">
            <w:pPr>
              <w:rPr>
                <w:i/>
                <w:iCs/>
              </w:rPr>
            </w:pPr>
          </w:p>
        </w:tc>
        <w:tc>
          <w:tcPr>
            <w:tcW w:w="4320" w:type="dxa"/>
          </w:tcPr>
          <w:p w14:paraId="365C6753" w14:textId="77777777" w:rsidR="00A54826" w:rsidRPr="00392EF5" w:rsidRDefault="00E86FA3">
            <w:r w:rsidRPr="00392EF5">
              <w:br/>
            </w:r>
          </w:p>
        </w:tc>
      </w:tr>
      <w:tr w:rsidR="00392EF5" w:rsidRPr="00392EF5" w14:paraId="550662BC" w14:textId="77777777">
        <w:tc>
          <w:tcPr>
            <w:tcW w:w="4320" w:type="dxa"/>
          </w:tcPr>
          <w:p w14:paraId="4BBE0365" w14:textId="77777777" w:rsidR="00A54826" w:rsidRPr="006C5822" w:rsidRDefault="00E86FA3">
            <w:pPr>
              <w:rPr>
                <w:b/>
                <w:bCs/>
              </w:rPr>
            </w:pPr>
            <w:r w:rsidRPr="006C5822">
              <w:rPr>
                <w:b/>
                <w:bCs/>
              </w:rPr>
              <w:t>Skills</w:t>
            </w:r>
            <w:r w:rsidRPr="006C5822">
              <w:rPr>
                <w:b/>
                <w:bCs/>
              </w:rPr>
              <w:t xml:space="preserve"> </w:t>
            </w:r>
            <w:r w:rsidR="006C5822" w:rsidRPr="006C5822">
              <w:rPr>
                <w:b/>
                <w:bCs/>
              </w:rPr>
              <w:t>&amp;</w:t>
            </w:r>
            <w:r w:rsidRPr="006C5822">
              <w:rPr>
                <w:b/>
                <w:bCs/>
              </w:rPr>
              <w:t xml:space="preserve"> Competencies Developed</w:t>
            </w:r>
          </w:p>
          <w:p w14:paraId="18CB208F" w14:textId="77777777" w:rsidR="006C5822" w:rsidRDefault="006C5822" w:rsidP="006C5822">
            <w:pPr>
              <w:spacing w:after="100" w:afterAutospacing="1"/>
              <w:rPr>
                <w:i/>
                <w:iCs/>
                <w:sz w:val="20"/>
                <w:szCs w:val="20"/>
              </w:rPr>
            </w:pPr>
            <w:r w:rsidRPr="006C5822">
              <w:rPr>
                <w:rFonts w:eastAsia="Times New Roman" w:cs="Times New Roman"/>
                <w:i/>
                <w:iCs/>
                <w:sz w:val="20"/>
                <w:szCs w:val="20"/>
              </w:rPr>
              <w:t>Describe the technical, analytical, interpersonal, or professional skills you developed through this experience.</w:t>
            </w:r>
            <w:r>
              <w:rPr>
                <w:rFonts w:eastAsia="Times New Roman" w:cs="Times New Roman"/>
                <w:i/>
                <w:iCs/>
                <w:sz w:val="20"/>
                <w:szCs w:val="20"/>
              </w:rPr>
              <w:t xml:space="preserve"> </w:t>
            </w:r>
            <w:r>
              <w:rPr>
                <w:i/>
                <w:iCs/>
                <w:sz w:val="20"/>
                <w:szCs w:val="20"/>
              </w:rPr>
              <w:t>(150 words max.)</w:t>
            </w:r>
          </w:p>
          <w:p w14:paraId="73B6671B" w14:textId="15E54D17" w:rsidR="005E66EC" w:rsidRPr="006C5822" w:rsidRDefault="005E66EC" w:rsidP="006C5822">
            <w:pPr>
              <w:spacing w:after="100" w:afterAutospacing="1"/>
              <w:rPr>
                <w:rFonts w:eastAsia="Times New Roman" w:cs="Times New Roman"/>
                <w:i/>
                <w:iCs/>
                <w:sz w:val="24"/>
                <w:szCs w:val="24"/>
              </w:rPr>
            </w:pPr>
          </w:p>
        </w:tc>
        <w:tc>
          <w:tcPr>
            <w:tcW w:w="4320" w:type="dxa"/>
          </w:tcPr>
          <w:p w14:paraId="379E754A" w14:textId="77777777" w:rsidR="00A54826" w:rsidRPr="00392EF5" w:rsidRDefault="00E86FA3">
            <w:r w:rsidRPr="00392EF5">
              <w:br/>
            </w:r>
          </w:p>
        </w:tc>
      </w:tr>
    </w:tbl>
    <w:p w14:paraId="605333CE" w14:textId="1E9C2434" w:rsidR="00A54826" w:rsidRDefault="00E86FA3">
      <w:pPr>
        <w:pStyle w:val="Heading1"/>
        <w:rPr>
          <w:color w:val="990000"/>
        </w:rPr>
      </w:pPr>
      <w:r w:rsidRPr="00392EF5">
        <w:rPr>
          <w:color w:val="990000"/>
        </w:rPr>
        <w:t>Relevant Experience #2</w:t>
      </w:r>
    </w:p>
    <w:tbl>
      <w:tblPr>
        <w:tblStyle w:val="TableGrid"/>
        <w:tblW w:w="0" w:type="auto"/>
        <w:tblLook w:val="04A0" w:firstRow="1" w:lastRow="0" w:firstColumn="1" w:lastColumn="0" w:noHBand="0" w:noVBand="1"/>
      </w:tblPr>
      <w:tblGrid>
        <w:gridCol w:w="4320"/>
        <w:gridCol w:w="4320"/>
      </w:tblGrid>
      <w:tr w:rsidR="006C5822" w:rsidRPr="00392EF5" w14:paraId="1F619D52" w14:textId="77777777" w:rsidTr="00C45933">
        <w:tc>
          <w:tcPr>
            <w:tcW w:w="4320" w:type="dxa"/>
          </w:tcPr>
          <w:p w14:paraId="27C04E12" w14:textId="77777777" w:rsidR="006C5822" w:rsidRPr="006C5822" w:rsidRDefault="006C5822" w:rsidP="00C45933">
            <w:pPr>
              <w:rPr>
                <w:b/>
                <w:bCs/>
              </w:rPr>
            </w:pPr>
            <w:r w:rsidRPr="006C5822">
              <w:rPr>
                <w:b/>
                <w:bCs/>
              </w:rPr>
              <w:t>Experience Title</w:t>
            </w:r>
          </w:p>
        </w:tc>
        <w:tc>
          <w:tcPr>
            <w:tcW w:w="4320" w:type="dxa"/>
          </w:tcPr>
          <w:p w14:paraId="177FDD83" w14:textId="77777777" w:rsidR="006C5822" w:rsidRPr="00392EF5" w:rsidRDefault="006C5822" w:rsidP="00C45933">
            <w:r w:rsidRPr="00392EF5">
              <w:br/>
            </w:r>
          </w:p>
        </w:tc>
      </w:tr>
      <w:tr w:rsidR="006C5822" w:rsidRPr="00392EF5" w14:paraId="299A77FB" w14:textId="77777777" w:rsidTr="00C45933">
        <w:tc>
          <w:tcPr>
            <w:tcW w:w="4320" w:type="dxa"/>
          </w:tcPr>
          <w:p w14:paraId="7EDD0523" w14:textId="77777777" w:rsidR="006C5822" w:rsidRPr="006C5822" w:rsidRDefault="006C5822" w:rsidP="00C45933">
            <w:pPr>
              <w:rPr>
                <w:b/>
                <w:bCs/>
              </w:rPr>
            </w:pPr>
            <w:r w:rsidRPr="006C5822">
              <w:rPr>
                <w:b/>
                <w:bCs/>
              </w:rPr>
              <w:t>Organization / Course</w:t>
            </w:r>
          </w:p>
        </w:tc>
        <w:tc>
          <w:tcPr>
            <w:tcW w:w="4320" w:type="dxa"/>
          </w:tcPr>
          <w:p w14:paraId="001B1252" w14:textId="77777777" w:rsidR="006C5822" w:rsidRPr="00392EF5" w:rsidRDefault="006C5822" w:rsidP="00C45933">
            <w:r w:rsidRPr="00392EF5">
              <w:br/>
            </w:r>
          </w:p>
        </w:tc>
      </w:tr>
      <w:tr w:rsidR="006C5822" w:rsidRPr="00392EF5" w14:paraId="6E42FDBB" w14:textId="77777777" w:rsidTr="00C45933">
        <w:tc>
          <w:tcPr>
            <w:tcW w:w="4320" w:type="dxa"/>
          </w:tcPr>
          <w:p w14:paraId="25F9A7C3" w14:textId="77777777" w:rsidR="006C5822" w:rsidRPr="006C5822" w:rsidRDefault="006C5822" w:rsidP="00C45933">
            <w:pPr>
              <w:rPr>
                <w:b/>
                <w:bCs/>
              </w:rPr>
            </w:pPr>
            <w:r w:rsidRPr="006C5822">
              <w:rPr>
                <w:b/>
                <w:bCs/>
              </w:rPr>
              <w:t>Dates</w:t>
            </w:r>
          </w:p>
        </w:tc>
        <w:tc>
          <w:tcPr>
            <w:tcW w:w="4320" w:type="dxa"/>
          </w:tcPr>
          <w:p w14:paraId="75A5A1F4" w14:textId="77777777" w:rsidR="006C5822" w:rsidRPr="00392EF5" w:rsidRDefault="006C5822" w:rsidP="00C45933">
            <w:r w:rsidRPr="00392EF5">
              <w:br/>
            </w:r>
          </w:p>
        </w:tc>
      </w:tr>
      <w:tr w:rsidR="006C5822" w:rsidRPr="00392EF5" w14:paraId="63D60D99" w14:textId="77777777" w:rsidTr="00C45933">
        <w:trPr>
          <w:trHeight w:val="620"/>
        </w:trPr>
        <w:tc>
          <w:tcPr>
            <w:tcW w:w="4320" w:type="dxa"/>
          </w:tcPr>
          <w:p w14:paraId="1B0CE4F3" w14:textId="77777777" w:rsidR="006C5822" w:rsidRPr="006C5822" w:rsidRDefault="006C5822" w:rsidP="00C45933">
            <w:pPr>
              <w:rPr>
                <w:b/>
                <w:bCs/>
              </w:rPr>
            </w:pPr>
            <w:r w:rsidRPr="006C5822">
              <w:rPr>
                <w:b/>
                <w:bCs/>
              </w:rPr>
              <w:t>Brief Description</w:t>
            </w:r>
          </w:p>
          <w:p w14:paraId="45A2E984" w14:textId="77777777" w:rsidR="006C5822" w:rsidRDefault="006C5822" w:rsidP="00C45933">
            <w:pPr>
              <w:rPr>
                <w:i/>
                <w:iCs/>
                <w:sz w:val="20"/>
                <w:szCs w:val="20"/>
              </w:rPr>
            </w:pPr>
            <w:r w:rsidRPr="006C5822">
              <w:rPr>
                <w:i/>
                <w:iCs/>
                <w:sz w:val="20"/>
                <w:szCs w:val="20"/>
              </w:rPr>
              <w:t>Describe your responsibilities/contributions</w:t>
            </w:r>
            <w:r>
              <w:rPr>
                <w:i/>
                <w:iCs/>
                <w:sz w:val="20"/>
                <w:szCs w:val="20"/>
              </w:rPr>
              <w:t>. (150 words max.)</w:t>
            </w:r>
          </w:p>
          <w:p w14:paraId="58B7F50C" w14:textId="2DD0FDBC" w:rsidR="005E66EC" w:rsidRPr="006C5822" w:rsidRDefault="005E66EC" w:rsidP="00C45933">
            <w:pPr>
              <w:rPr>
                <w:i/>
                <w:iCs/>
              </w:rPr>
            </w:pPr>
          </w:p>
        </w:tc>
        <w:tc>
          <w:tcPr>
            <w:tcW w:w="4320" w:type="dxa"/>
          </w:tcPr>
          <w:p w14:paraId="2440C519" w14:textId="77777777" w:rsidR="006C5822" w:rsidRPr="00392EF5" w:rsidRDefault="006C5822" w:rsidP="00C45933">
            <w:r w:rsidRPr="00392EF5">
              <w:br/>
            </w:r>
          </w:p>
        </w:tc>
      </w:tr>
      <w:tr w:rsidR="006C5822" w:rsidRPr="00392EF5" w14:paraId="570C7AE3" w14:textId="77777777" w:rsidTr="00C45933">
        <w:tc>
          <w:tcPr>
            <w:tcW w:w="4320" w:type="dxa"/>
          </w:tcPr>
          <w:p w14:paraId="25D4854B" w14:textId="77777777" w:rsidR="006C5822" w:rsidRPr="006C5822" w:rsidRDefault="006C5822" w:rsidP="00C45933">
            <w:pPr>
              <w:rPr>
                <w:b/>
                <w:bCs/>
              </w:rPr>
            </w:pPr>
            <w:r w:rsidRPr="006C5822">
              <w:rPr>
                <w:b/>
                <w:bCs/>
              </w:rPr>
              <w:t>Skills &amp; Competencies Developed</w:t>
            </w:r>
          </w:p>
          <w:p w14:paraId="55518699" w14:textId="77777777" w:rsidR="006C5822" w:rsidRDefault="006C5822" w:rsidP="00C45933">
            <w:pPr>
              <w:spacing w:after="100" w:afterAutospacing="1"/>
              <w:rPr>
                <w:i/>
                <w:iCs/>
                <w:sz w:val="20"/>
                <w:szCs w:val="20"/>
              </w:rPr>
            </w:pPr>
            <w:r w:rsidRPr="006C5822">
              <w:rPr>
                <w:rFonts w:eastAsia="Times New Roman" w:cs="Times New Roman"/>
                <w:i/>
                <w:iCs/>
                <w:sz w:val="20"/>
                <w:szCs w:val="20"/>
              </w:rPr>
              <w:t>Describe the technical, analytical, interpersonal, or professional skills you developed through this experience.</w:t>
            </w:r>
            <w:r>
              <w:rPr>
                <w:rFonts w:eastAsia="Times New Roman" w:cs="Times New Roman"/>
                <w:i/>
                <w:iCs/>
                <w:sz w:val="20"/>
                <w:szCs w:val="20"/>
              </w:rPr>
              <w:t xml:space="preserve"> </w:t>
            </w:r>
            <w:r>
              <w:rPr>
                <w:i/>
                <w:iCs/>
                <w:sz w:val="20"/>
                <w:szCs w:val="20"/>
              </w:rPr>
              <w:t>(150 words max.)</w:t>
            </w:r>
          </w:p>
          <w:p w14:paraId="650A5880" w14:textId="43ACC014" w:rsidR="005E66EC" w:rsidRPr="006C5822" w:rsidRDefault="005E66EC" w:rsidP="00C45933">
            <w:pPr>
              <w:spacing w:after="100" w:afterAutospacing="1"/>
              <w:rPr>
                <w:rFonts w:eastAsia="Times New Roman" w:cs="Times New Roman"/>
                <w:i/>
                <w:iCs/>
                <w:sz w:val="24"/>
                <w:szCs w:val="24"/>
              </w:rPr>
            </w:pPr>
          </w:p>
        </w:tc>
        <w:tc>
          <w:tcPr>
            <w:tcW w:w="4320" w:type="dxa"/>
          </w:tcPr>
          <w:p w14:paraId="58F20090" w14:textId="77777777" w:rsidR="006C5822" w:rsidRPr="00392EF5" w:rsidRDefault="006C5822" w:rsidP="00C45933">
            <w:r w:rsidRPr="00392EF5">
              <w:br/>
            </w:r>
          </w:p>
        </w:tc>
      </w:tr>
    </w:tbl>
    <w:p w14:paraId="73998995" w14:textId="2111B8F3" w:rsidR="00A54826" w:rsidRDefault="00E86FA3">
      <w:pPr>
        <w:pStyle w:val="Heading1"/>
        <w:rPr>
          <w:color w:val="990000"/>
        </w:rPr>
      </w:pPr>
      <w:r w:rsidRPr="00392EF5">
        <w:rPr>
          <w:color w:val="990000"/>
        </w:rPr>
        <w:lastRenderedPageBreak/>
        <w:t>Relevant Experience #3</w:t>
      </w:r>
    </w:p>
    <w:tbl>
      <w:tblPr>
        <w:tblStyle w:val="TableGrid"/>
        <w:tblW w:w="0" w:type="auto"/>
        <w:tblLook w:val="04A0" w:firstRow="1" w:lastRow="0" w:firstColumn="1" w:lastColumn="0" w:noHBand="0" w:noVBand="1"/>
      </w:tblPr>
      <w:tblGrid>
        <w:gridCol w:w="4320"/>
        <w:gridCol w:w="4320"/>
      </w:tblGrid>
      <w:tr w:rsidR="006C5822" w:rsidRPr="00392EF5" w14:paraId="6E2D0134" w14:textId="77777777" w:rsidTr="00C45933">
        <w:tc>
          <w:tcPr>
            <w:tcW w:w="4320" w:type="dxa"/>
          </w:tcPr>
          <w:p w14:paraId="0E4C1CD6" w14:textId="77777777" w:rsidR="006C5822" w:rsidRPr="006C5822" w:rsidRDefault="006C5822" w:rsidP="00C45933">
            <w:pPr>
              <w:rPr>
                <w:b/>
                <w:bCs/>
              </w:rPr>
            </w:pPr>
            <w:r w:rsidRPr="006C5822">
              <w:rPr>
                <w:b/>
                <w:bCs/>
              </w:rPr>
              <w:t>Experience Title</w:t>
            </w:r>
          </w:p>
        </w:tc>
        <w:tc>
          <w:tcPr>
            <w:tcW w:w="4320" w:type="dxa"/>
          </w:tcPr>
          <w:p w14:paraId="18FAF245" w14:textId="77777777" w:rsidR="006C5822" w:rsidRPr="00392EF5" w:rsidRDefault="006C5822" w:rsidP="00C45933">
            <w:r w:rsidRPr="00392EF5">
              <w:br/>
            </w:r>
          </w:p>
        </w:tc>
      </w:tr>
      <w:tr w:rsidR="006C5822" w:rsidRPr="00392EF5" w14:paraId="5C0F6C74" w14:textId="77777777" w:rsidTr="00C45933">
        <w:tc>
          <w:tcPr>
            <w:tcW w:w="4320" w:type="dxa"/>
          </w:tcPr>
          <w:p w14:paraId="4F941450" w14:textId="77777777" w:rsidR="006C5822" w:rsidRPr="006C5822" w:rsidRDefault="006C5822" w:rsidP="00C45933">
            <w:pPr>
              <w:rPr>
                <w:b/>
                <w:bCs/>
              </w:rPr>
            </w:pPr>
            <w:r w:rsidRPr="006C5822">
              <w:rPr>
                <w:b/>
                <w:bCs/>
              </w:rPr>
              <w:t>Organization / Course</w:t>
            </w:r>
          </w:p>
        </w:tc>
        <w:tc>
          <w:tcPr>
            <w:tcW w:w="4320" w:type="dxa"/>
          </w:tcPr>
          <w:p w14:paraId="7EDC149B" w14:textId="77777777" w:rsidR="006C5822" w:rsidRPr="00392EF5" w:rsidRDefault="006C5822" w:rsidP="00C45933">
            <w:r w:rsidRPr="00392EF5">
              <w:br/>
            </w:r>
          </w:p>
        </w:tc>
      </w:tr>
      <w:tr w:rsidR="006C5822" w:rsidRPr="00392EF5" w14:paraId="68FF5F12" w14:textId="77777777" w:rsidTr="00C45933">
        <w:tc>
          <w:tcPr>
            <w:tcW w:w="4320" w:type="dxa"/>
          </w:tcPr>
          <w:p w14:paraId="56C07894" w14:textId="77777777" w:rsidR="006C5822" w:rsidRPr="006C5822" w:rsidRDefault="006C5822" w:rsidP="00C45933">
            <w:pPr>
              <w:rPr>
                <w:b/>
                <w:bCs/>
              </w:rPr>
            </w:pPr>
            <w:r w:rsidRPr="006C5822">
              <w:rPr>
                <w:b/>
                <w:bCs/>
              </w:rPr>
              <w:t>Dates</w:t>
            </w:r>
          </w:p>
        </w:tc>
        <w:tc>
          <w:tcPr>
            <w:tcW w:w="4320" w:type="dxa"/>
          </w:tcPr>
          <w:p w14:paraId="30DEA8D2" w14:textId="77777777" w:rsidR="006C5822" w:rsidRPr="00392EF5" w:rsidRDefault="006C5822" w:rsidP="00C45933">
            <w:r w:rsidRPr="00392EF5">
              <w:br/>
            </w:r>
          </w:p>
        </w:tc>
      </w:tr>
      <w:tr w:rsidR="006C5822" w:rsidRPr="00392EF5" w14:paraId="3827B0FE" w14:textId="77777777" w:rsidTr="00C45933">
        <w:trPr>
          <w:trHeight w:val="620"/>
        </w:trPr>
        <w:tc>
          <w:tcPr>
            <w:tcW w:w="4320" w:type="dxa"/>
          </w:tcPr>
          <w:p w14:paraId="27EF2D20" w14:textId="77777777" w:rsidR="006C5822" w:rsidRPr="006C5822" w:rsidRDefault="006C5822" w:rsidP="00C45933">
            <w:pPr>
              <w:rPr>
                <w:b/>
                <w:bCs/>
              </w:rPr>
            </w:pPr>
            <w:r w:rsidRPr="006C5822">
              <w:rPr>
                <w:b/>
                <w:bCs/>
              </w:rPr>
              <w:t>Brief Description</w:t>
            </w:r>
          </w:p>
          <w:p w14:paraId="6D238714" w14:textId="77777777" w:rsidR="006C5822" w:rsidRDefault="006C5822" w:rsidP="00C45933">
            <w:pPr>
              <w:rPr>
                <w:i/>
                <w:iCs/>
                <w:sz w:val="20"/>
                <w:szCs w:val="20"/>
              </w:rPr>
            </w:pPr>
            <w:r w:rsidRPr="006C5822">
              <w:rPr>
                <w:i/>
                <w:iCs/>
                <w:sz w:val="20"/>
                <w:szCs w:val="20"/>
              </w:rPr>
              <w:t>Describe your responsibilities/contributions</w:t>
            </w:r>
            <w:r>
              <w:rPr>
                <w:i/>
                <w:iCs/>
                <w:sz w:val="20"/>
                <w:szCs w:val="20"/>
              </w:rPr>
              <w:t>. (150 words max.)</w:t>
            </w:r>
          </w:p>
          <w:p w14:paraId="1DA2FA92" w14:textId="33A5726D" w:rsidR="005E66EC" w:rsidRPr="006C5822" w:rsidRDefault="005E66EC" w:rsidP="00C45933">
            <w:pPr>
              <w:rPr>
                <w:i/>
                <w:iCs/>
              </w:rPr>
            </w:pPr>
          </w:p>
        </w:tc>
        <w:tc>
          <w:tcPr>
            <w:tcW w:w="4320" w:type="dxa"/>
          </w:tcPr>
          <w:p w14:paraId="107373A1" w14:textId="77777777" w:rsidR="006C5822" w:rsidRPr="00392EF5" w:rsidRDefault="006C5822" w:rsidP="00C45933">
            <w:r w:rsidRPr="00392EF5">
              <w:br/>
            </w:r>
          </w:p>
        </w:tc>
      </w:tr>
      <w:tr w:rsidR="006C5822" w:rsidRPr="00392EF5" w14:paraId="071A89D7" w14:textId="77777777" w:rsidTr="00C45933">
        <w:tc>
          <w:tcPr>
            <w:tcW w:w="4320" w:type="dxa"/>
          </w:tcPr>
          <w:p w14:paraId="65BDE161" w14:textId="77777777" w:rsidR="006C5822" w:rsidRPr="006C5822" w:rsidRDefault="006C5822" w:rsidP="00C45933">
            <w:pPr>
              <w:rPr>
                <w:b/>
                <w:bCs/>
              </w:rPr>
            </w:pPr>
            <w:r w:rsidRPr="006C5822">
              <w:rPr>
                <w:b/>
                <w:bCs/>
              </w:rPr>
              <w:t>Skills &amp; Competencies Developed</w:t>
            </w:r>
          </w:p>
          <w:p w14:paraId="703C5EAC" w14:textId="77777777" w:rsidR="006C5822" w:rsidRDefault="006C5822" w:rsidP="00C45933">
            <w:pPr>
              <w:spacing w:after="100" w:afterAutospacing="1"/>
              <w:rPr>
                <w:i/>
                <w:iCs/>
                <w:sz w:val="20"/>
                <w:szCs w:val="20"/>
              </w:rPr>
            </w:pPr>
            <w:r w:rsidRPr="006C5822">
              <w:rPr>
                <w:rFonts w:eastAsia="Times New Roman" w:cs="Times New Roman"/>
                <w:i/>
                <w:iCs/>
                <w:sz w:val="20"/>
                <w:szCs w:val="20"/>
              </w:rPr>
              <w:t>Describe the technical, analytical, interpersonal, or professional skills you developed through this experience.</w:t>
            </w:r>
            <w:r>
              <w:rPr>
                <w:rFonts w:eastAsia="Times New Roman" w:cs="Times New Roman"/>
                <w:i/>
                <w:iCs/>
                <w:sz w:val="20"/>
                <w:szCs w:val="20"/>
              </w:rPr>
              <w:t xml:space="preserve"> </w:t>
            </w:r>
            <w:r>
              <w:rPr>
                <w:i/>
                <w:iCs/>
                <w:sz w:val="20"/>
                <w:szCs w:val="20"/>
              </w:rPr>
              <w:t>(150 words max.)</w:t>
            </w:r>
          </w:p>
          <w:p w14:paraId="407C2FAA" w14:textId="0701EF0C" w:rsidR="005E66EC" w:rsidRPr="006C5822" w:rsidRDefault="005E66EC" w:rsidP="00C45933">
            <w:pPr>
              <w:spacing w:after="100" w:afterAutospacing="1"/>
              <w:rPr>
                <w:rFonts w:eastAsia="Times New Roman" w:cs="Times New Roman"/>
                <w:i/>
                <w:iCs/>
                <w:sz w:val="24"/>
                <w:szCs w:val="24"/>
              </w:rPr>
            </w:pPr>
          </w:p>
        </w:tc>
        <w:tc>
          <w:tcPr>
            <w:tcW w:w="4320" w:type="dxa"/>
          </w:tcPr>
          <w:p w14:paraId="773D5609" w14:textId="77777777" w:rsidR="006C5822" w:rsidRPr="00392EF5" w:rsidRDefault="006C5822" w:rsidP="00C45933">
            <w:r w:rsidRPr="00392EF5">
              <w:br/>
            </w:r>
          </w:p>
        </w:tc>
      </w:tr>
    </w:tbl>
    <w:p w14:paraId="08E381E0" w14:textId="2026A63E" w:rsidR="00A54826" w:rsidRDefault="00E86FA3">
      <w:pPr>
        <w:pStyle w:val="Heading1"/>
        <w:rPr>
          <w:color w:val="990000"/>
        </w:rPr>
      </w:pPr>
      <w:r w:rsidRPr="00392EF5">
        <w:rPr>
          <w:color w:val="990000"/>
        </w:rPr>
        <w:t>Relevant Experience #4</w:t>
      </w:r>
    </w:p>
    <w:tbl>
      <w:tblPr>
        <w:tblStyle w:val="TableGrid"/>
        <w:tblW w:w="0" w:type="auto"/>
        <w:tblLook w:val="04A0" w:firstRow="1" w:lastRow="0" w:firstColumn="1" w:lastColumn="0" w:noHBand="0" w:noVBand="1"/>
      </w:tblPr>
      <w:tblGrid>
        <w:gridCol w:w="4320"/>
        <w:gridCol w:w="4320"/>
      </w:tblGrid>
      <w:tr w:rsidR="006C5822" w:rsidRPr="00392EF5" w14:paraId="3362526C" w14:textId="77777777" w:rsidTr="00C45933">
        <w:tc>
          <w:tcPr>
            <w:tcW w:w="4320" w:type="dxa"/>
          </w:tcPr>
          <w:p w14:paraId="5AC91DF3" w14:textId="77777777" w:rsidR="006C5822" w:rsidRPr="006C5822" w:rsidRDefault="006C5822" w:rsidP="00C45933">
            <w:pPr>
              <w:rPr>
                <w:b/>
                <w:bCs/>
              </w:rPr>
            </w:pPr>
            <w:r w:rsidRPr="006C5822">
              <w:rPr>
                <w:b/>
                <w:bCs/>
              </w:rPr>
              <w:t>Experience Title</w:t>
            </w:r>
          </w:p>
        </w:tc>
        <w:tc>
          <w:tcPr>
            <w:tcW w:w="4320" w:type="dxa"/>
          </w:tcPr>
          <w:p w14:paraId="708EDA87" w14:textId="77777777" w:rsidR="006C5822" w:rsidRPr="00392EF5" w:rsidRDefault="006C5822" w:rsidP="00C45933">
            <w:r w:rsidRPr="00392EF5">
              <w:br/>
            </w:r>
          </w:p>
        </w:tc>
      </w:tr>
      <w:tr w:rsidR="006C5822" w:rsidRPr="00392EF5" w14:paraId="0CEDD722" w14:textId="77777777" w:rsidTr="00C45933">
        <w:tc>
          <w:tcPr>
            <w:tcW w:w="4320" w:type="dxa"/>
          </w:tcPr>
          <w:p w14:paraId="5E00C9EE" w14:textId="77777777" w:rsidR="006C5822" w:rsidRPr="006C5822" w:rsidRDefault="006C5822" w:rsidP="00C45933">
            <w:pPr>
              <w:rPr>
                <w:b/>
                <w:bCs/>
              </w:rPr>
            </w:pPr>
            <w:r w:rsidRPr="006C5822">
              <w:rPr>
                <w:b/>
                <w:bCs/>
              </w:rPr>
              <w:t>Organization / Course</w:t>
            </w:r>
          </w:p>
        </w:tc>
        <w:tc>
          <w:tcPr>
            <w:tcW w:w="4320" w:type="dxa"/>
          </w:tcPr>
          <w:p w14:paraId="5F4FA15A" w14:textId="77777777" w:rsidR="006C5822" w:rsidRPr="00392EF5" w:rsidRDefault="006C5822" w:rsidP="00C45933">
            <w:r w:rsidRPr="00392EF5">
              <w:br/>
            </w:r>
          </w:p>
        </w:tc>
      </w:tr>
      <w:tr w:rsidR="006C5822" w:rsidRPr="00392EF5" w14:paraId="484F6F02" w14:textId="77777777" w:rsidTr="00C45933">
        <w:tc>
          <w:tcPr>
            <w:tcW w:w="4320" w:type="dxa"/>
          </w:tcPr>
          <w:p w14:paraId="1B62FA3C" w14:textId="77777777" w:rsidR="006C5822" w:rsidRPr="006C5822" w:rsidRDefault="006C5822" w:rsidP="00C45933">
            <w:pPr>
              <w:rPr>
                <w:b/>
                <w:bCs/>
              </w:rPr>
            </w:pPr>
            <w:r w:rsidRPr="006C5822">
              <w:rPr>
                <w:b/>
                <w:bCs/>
              </w:rPr>
              <w:t>Dates</w:t>
            </w:r>
          </w:p>
        </w:tc>
        <w:tc>
          <w:tcPr>
            <w:tcW w:w="4320" w:type="dxa"/>
          </w:tcPr>
          <w:p w14:paraId="3F26A331" w14:textId="77777777" w:rsidR="006C5822" w:rsidRPr="00392EF5" w:rsidRDefault="006C5822" w:rsidP="00C45933">
            <w:r w:rsidRPr="00392EF5">
              <w:br/>
            </w:r>
          </w:p>
        </w:tc>
      </w:tr>
      <w:tr w:rsidR="006C5822" w:rsidRPr="00392EF5" w14:paraId="162A3AF5" w14:textId="77777777" w:rsidTr="00C45933">
        <w:trPr>
          <w:trHeight w:val="620"/>
        </w:trPr>
        <w:tc>
          <w:tcPr>
            <w:tcW w:w="4320" w:type="dxa"/>
          </w:tcPr>
          <w:p w14:paraId="2A628242" w14:textId="77777777" w:rsidR="006C5822" w:rsidRPr="006C5822" w:rsidRDefault="006C5822" w:rsidP="00C45933">
            <w:pPr>
              <w:rPr>
                <w:b/>
                <w:bCs/>
              </w:rPr>
            </w:pPr>
            <w:r w:rsidRPr="006C5822">
              <w:rPr>
                <w:b/>
                <w:bCs/>
              </w:rPr>
              <w:t>Brief Description</w:t>
            </w:r>
          </w:p>
          <w:p w14:paraId="0978EFA0" w14:textId="77777777" w:rsidR="006C5822" w:rsidRDefault="006C5822" w:rsidP="00C45933">
            <w:pPr>
              <w:rPr>
                <w:i/>
                <w:iCs/>
                <w:sz w:val="20"/>
                <w:szCs w:val="20"/>
              </w:rPr>
            </w:pPr>
            <w:r w:rsidRPr="006C5822">
              <w:rPr>
                <w:i/>
                <w:iCs/>
                <w:sz w:val="20"/>
                <w:szCs w:val="20"/>
              </w:rPr>
              <w:t>Describe your responsibilities/contributions</w:t>
            </w:r>
            <w:r>
              <w:rPr>
                <w:i/>
                <w:iCs/>
                <w:sz w:val="20"/>
                <w:szCs w:val="20"/>
              </w:rPr>
              <w:t>. (150 words max.)</w:t>
            </w:r>
          </w:p>
          <w:p w14:paraId="202BF259" w14:textId="5708D8FB" w:rsidR="005E66EC" w:rsidRPr="006C5822" w:rsidRDefault="005E66EC" w:rsidP="00C45933">
            <w:pPr>
              <w:rPr>
                <w:i/>
                <w:iCs/>
              </w:rPr>
            </w:pPr>
          </w:p>
        </w:tc>
        <w:tc>
          <w:tcPr>
            <w:tcW w:w="4320" w:type="dxa"/>
          </w:tcPr>
          <w:p w14:paraId="50FD080A" w14:textId="77777777" w:rsidR="006C5822" w:rsidRPr="00392EF5" w:rsidRDefault="006C5822" w:rsidP="00C45933">
            <w:r w:rsidRPr="00392EF5">
              <w:br/>
            </w:r>
          </w:p>
        </w:tc>
      </w:tr>
      <w:tr w:rsidR="006C5822" w:rsidRPr="00392EF5" w14:paraId="3C28001F" w14:textId="77777777" w:rsidTr="00C45933">
        <w:tc>
          <w:tcPr>
            <w:tcW w:w="4320" w:type="dxa"/>
          </w:tcPr>
          <w:p w14:paraId="6D247BE1" w14:textId="77777777" w:rsidR="006C5822" w:rsidRPr="006C5822" w:rsidRDefault="006C5822" w:rsidP="00C45933">
            <w:pPr>
              <w:rPr>
                <w:b/>
                <w:bCs/>
              </w:rPr>
            </w:pPr>
            <w:r w:rsidRPr="006C5822">
              <w:rPr>
                <w:b/>
                <w:bCs/>
              </w:rPr>
              <w:t>Skills &amp; Competencies Developed</w:t>
            </w:r>
          </w:p>
          <w:p w14:paraId="73ECF5B5" w14:textId="77777777" w:rsidR="006C5822" w:rsidRDefault="006C5822" w:rsidP="00C45933">
            <w:pPr>
              <w:spacing w:after="100" w:afterAutospacing="1"/>
              <w:rPr>
                <w:i/>
                <w:iCs/>
                <w:sz w:val="20"/>
                <w:szCs w:val="20"/>
              </w:rPr>
            </w:pPr>
            <w:r w:rsidRPr="006C5822">
              <w:rPr>
                <w:rFonts w:eastAsia="Times New Roman" w:cs="Times New Roman"/>
                <w:i/>
                <w:iCs/>
                <w:sz w:val="20"/>
                <w:szCs w:val="20"/>
              </w:rPr>
              <w:t>Describe the technical, analytical, interpersonal, or professional skills you developed through this experience.</w:t>
            </w:r>
            <w:r>
              <w:rPr>
                <w:rFonts w:eastAsia="Times New Roman" w:cs="Times New Roman"/>
                <w:i/>
                <w:iCs/>
                <w:sz w:val="20"/>
                <w:szCs w:val="20"/>
              </w:rPr>
              <w:t xml:space="preserve"> </w:t>
            </w:r>
            <w:r>
              <w:rPr>
                <w:i/>
                <w:iCs/>
                <w:sz w:val="20"/>
                <w:szCs w:val="20"/>
              </w:rPr>
              <w:t>(150 words max.)</w:t>
            </w:r>
          </w:p>
          <w:p w14:paraId="2BB14D64" w14:textId="7F8D89D0" w:rsidR="005E66EC" w:rsidRPr="006C5822" w:rsidRDefault="005E66EC" w:rsidP="00C45933">
            <w:pPr>
              <w:spacing w:after="100" w:afterAutospacing="1"/>
              <w:rPr>
                <w:rFonts w:eastAsia="Times New Roman" w:cs="Times New Roman"/>
                <w:i/>
                <w:iCs/>
                <w:sz w:val="24"/>
                <w:szCs w:val="24"/>
              </w:rPr>
            </w:pPr>
          </w:p>
        </w:tc>
        <w:tc>
          <w:tcPr>
            <w:tcW w:w="4320" w:type="dxa"/>
          </w:tcPr>
          <w:p w14:paraId="4BF2C979" w14:textId="77777777" w:rsidR="006C5822" w:rsidRPr="00392EF5" w:rsidRDefault="006C5822" w:rsidP="00C45933">
            <w:r w:rsidRPr="00392EF5">
              <w:br/>
            </w:r>
          </w:p>
        </w:tc>
      </w:tr>
    </w:tbl>
    <w:p w14:paraId="347BB336" w14:textId="77777777" w:rsidR="00A54826" w:rsidRPr="00392EF5" w:rsidRDefault="00E86FA3">
      <w:pPr>
        <w:pStyle w:val="Heading1"/>
        <w:rPr>
          <w:color w:val="auto"/>
        </w:rPr>
      </w:pPr>
      <w:r w:rsidRPr="00392EF5">
        <w:rPr>
          <w:color w:val="990000"/>
        </w:rPr>
        <w:t xml:space="preserve">Technical Skills </w:t>
      </w:r>
      <w:r w:rsidRPr="00392EF5">
        <w:rPr>
          <w:color w:val="990000"/>
        </w:rPr>
        <w:t>(Optional)</w:t>
      </w:r>
    </w:p>
    <w:p w14:paraId="1918101B" w14:textId="77777777" w:rsidR="005E66EC" w:rsidRPr="005E66EC" w:rsidRDefault="00E86FA3" w:rsidP="005E66EC">
      <w:pPr>
        <w:pStyle w:val="ListParagraph"/>
        <w:numPr>
          <w:ilvl w:val="0"/>
          <w:numId w:val="10"/>
        </w:numPr>
        <w:rPr>
          <w:b/>
          <w:bCs/>
        </w:rPr>
      </w:pPr>
      <w:r w:rsidRPr="005E66EC">
        <w:rPr>
          <w:b/>
          <w:bCs/>
        </w:rPr>
        <w:t>Programming Languages:</w:t>
      </w:r>
    </w:p>
    <w:p w14:paraId="5E9B4E23" w14:textId="77777777" w:rsidR="005E66EC" w:rsidRPr="005E66EC" w:rsidRDefault="00E86FA3" w:rsidP="005E66EC">
      <w:pPr>
        <w:pStyle w:val="ListParagraph"/>
        <w:numPr>
          <w:ilvl w:val="0"/>
          <w:numId w:val="10"/>
        </w:numPr>
        <w:rPr>
          <w:b/>
          <w:bCs/>
        </w:rPr>
      </w:pPr>
      <w:r w:rsidRPr="005E66EC">
        <w:rPr>
          <w:b/>
          <w:bCs/>
        </w:rPr>
        <w:t>Software / Tools:</w:t>
      </w:r>
    </w:p>
    <w:p w14:paraId="58F46F19" w14:textId="77777777" w:rsidR="005E66EC" w:rsidRPr="005E66EC" w:rsidRDefault="00E86FA3" w:rsidP="005E66EC">
      <w:pPr>
        <w:pStyle w:val="ListParagraph"/>
        <w:numPr>
          <w:ilvl w:val="0"/>
          <w:numId w:val="10"/>
        </w:numPr>
        <w:rPr>
          <w:b/>
          <w:bCs/>
        </w:rPr>
      </w:pPr>
      <w:r w:rsidRPr="005E66EC">
        <w:rPr>
          <w:b/>
          <w:bCs/>
        </w:rPr>
        <w:t>Laboratory / Research Techniques:</w:t>
      </w:r>
    </w:p>
    <w:p w14:paraId="0896EC52" w14:textId="477119B7" w:rsidR="00A54826" w:rsidRPr="005E66EC" w:rsidRDefault="00E86FA3" w:rsidP="005E66EC">
      <w:pPr>
        <w:pStyle w:val="ListParagraph"/>
        <w:numPr>
          <w:ilvl w:val="0"/>
          <w:numId w:val="10"/>
        </w:numPr>
        <w:rPr>
          <w:b/>
          <w:bCs/>
        </w:rPr>
      </w:pPr>
      <w:r w:rsidRPr="005E66EC">
        <w:rPr>
          <w:b/>
          <w:bCs/>
        </w:rPr>
        <w:t>Other Relevant Skills:</w:t>
      </w:r>
      <w:r w:rsidRPr="005E66EC">
        <w:rPr>
          <w:b/>
          <w:bCs/>
        </w:rPr>
        <w:br/>
      </w:r>
    </w:p>
    <w:sectPr w:rsidR="00A54826" w:rsidRPr="005E66EC"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29269" w14:textId="77777777" w:rsidR="00E86FA3" w:rsidRDefault="00E86FA3" w:rsidP="00F85794">
      <w:pPr>
        <w:spacing w:after="0" w:line="240" w:lineRule="auto"/>
      </w:pPr>
      <w:r>
        <w:separator/>
      </w:r>
    </w:p>
  </w:endnote>
  <w:endnote w:type="continuationSeparator" w:id="0">
    <w:p w14:paraId="3B8B4188" w14:textId="77777777" w:rsidR="00E86FA3" w:rsidRDefault="00E86FA3" w:rsidP="00F85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7982" w14:textId="77777777" w:rsidR="008B3403" w:rsidRDefault="008B34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A393" w14:textId="76F92FA4" w:rsidR="008B3403" w:rsidRDefault="008B3403">
    <w:pPr>
      <w:pStyle w:val="Footer"/>
    </w:pPr>
    <w:r>
      <w:rPr>
        <w:noProof/>
      </w:rPr>
      <w:drawing>
        <wp:anchor distT="0" distB="0" distL="114300" distR="114300" simplePos="0" relativeHeight="251659264" behindDoc="0" locked="0" layoutInCell="1" allowOverlap="1" wp14:anchorId="50A58E94" wp14:editId="12001C5A">
          <wp:simplePos x="0" y="0"/>
          <wp:positionH relativeFrom="column">
            <wp:posOffset>4514850</wp:posOffset>
          </wp:positionH>
          <wp:positionV relativeFrom="paragraph">
            <wp:posOffset>-187960</wp:posOffset>
          </wp:positionV>
          <wp:extent cx="1851646" cy="6394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1646" cy="6394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32593" w14:textId="77777777" w:rsidR="008B3403" w:rsidRDefault="008B3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06296" w14:textId="77777777" w:rsidR="00E86FA3" w:rsidRDefault="00E86FA3" w:rsidP="00F85794">
      <w:pPr>
        <w:spacing w:after="0" w:line="240" w:lineRule="auto"/>
      </w:pPr>
      <w:r>
        <w:separator/>
      </w:r>
    </w:p>
  </w:footnote>
  <w:footnote w:type="continuationSeparator" w:id="0">
    <w:p w14:paraId="688CD1A0" w14:textId="77777777" w:rsidR="00E86FA3" w:rsidRDefault="00E86FA3" w:rsidP="00F85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D6093" w14:textId="77777777" w:rsidR="008B3403" w:rsidRDefault="008B34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92821" w14:textId="53FEF3F4" w:rsidR="00F85794" w:rsidRDefault="00F85794" w:rsidP="00F857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51370" w14:textId="77777777" w:rsidR="008B3403" w:rsidRDefault="008B34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E313F6E"/>
    <w:multiLevelType w:val="hybridMultilevel"/>
    <w:tmpl w:val="528E7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2EF5"/>
    <w:rsid w:val="005E66EC"/>
    <w:rsid w:val="006C5822"/>
    <w:rsid w:val="008B3403"/>
    <w:rsid w:val="009229AE"/>
    <w:rsid w:val="00A54826"/>
    <w:rsid w:val="00AA1D8D"/>
    <w:rsid w:val="00B47730"/>
    <w:rsid w:val="00CB0664"/>
    <w:rsid w:val="00D51CE5"/>
    <w:rsid w:val="00E86FA3"/>
    <w:rsid w:val="00F857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87FF73"/>
  <w14:defaultImageDpi w14:val="300"/>
  <w15:docId w15:val="{77DD949A-39CA-4B2A-8143-58586BC4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6C582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C58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281075">
      <w:bodyDiv w:val="1"/>
      <w:marLeft w:val="0"/>
      <w:marRight w:val="0"/>
      <w:marTop w:val="0"/>
      <w:marBottom w:val="0"/>
      <w:divBdr>
        <w:top w:val="none" w:sz="0" w:space="0" w:color="auto"/>
        <w:left w:val="none" w:sz="0" w:space="0" w:color="auto"/>
        <w:bottom w:val="none" w:sz="0" w:space="0" w:color="auto"/>
        <w:right w:val="none" w:sz="0" w:space="0" w:color="auto"/>
      </w:divBdr>
    </w:div>
    <w:div w:id="4630877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Marie Medeiros</cp:lastModifiedBy>
  <cp:revision>6</cp:revision>
  <dcterms:created xsi:type="dcterms:W3CDTF">2013-12-23T23:15:00Z</dcterms:created>
  <dcterms:modified xsi:type="dcterms:W3CDTF">2026-06-29T22:48:00Z</dcterms:modified>
  <cp:category/>
</cp:coreProperties>
</file>