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02FDE" w14:textId="00C9B30F" w:rsidR="00563DE9" w:rsidRPr="00924045" w:rsidRDefault="00563DE9" w:rsidP="00563DE9">
      <w:pPr>
        <w:pStyle w:val="Heading1"/>
        <w:spacing w:before="0"/>
        <w:jc w:val="center"/>
        <w:rPr>
          <w:rFonts w:eastAsiaTheme="minorEastAsia" w:cstheme="majorHAnsi"/>
          <w:b w:val="0"/>
          <w:bCs w:val="0"/>
          <w:color w:val="990000"/>
          <w:sz w:val="48"/>
          <w:szCs w:val="48"/>
          <w:u w:val="single"/>
        </w:rPr>
      </w:pPr>
      <w:bookmarkStart w:id="0" w:name="_Hlk233639343"/>
      <w:r w:rsidRPr="00924045">
        <w:rPr>
          <w:rFonts w:eastAsiaTheme="minorEastAsia" w:cstheme="majorHAnsi"/>
          <w:b w:val="0"/>
          <w:bCs w:val="0"/>
          <w:color w:val="990000"/>
          <w:sz w:val="48"/>
          <w:szCs w:val="48"/>
          <w:u w:val="single"/>
        </w:rPr>
        <w:t>CURVE Academic Summary Template</w:t>
      </w:r>
    </w:p>
    <w:bookmarkEnd w:id="0"/>
    <w:p w14:paraId="44C36069" w14:textId="77777777" w:rsidR="00563DE9" w:rsidRDefault="00563DE9" w:rsidP="00563DE9">
      <w:pPr>
        <w:pStyle w:val="Heading1"/>
        <w:spacing w:before="0" w:line="240" w:lineRule="auto"/>
        <w:rPr>
          <w:rFonts w:asciiTheme="minorHAnsi" w:eastAsiaTheme="minorEastAsia" w:hAnsiTheme="minorHAnsi" w:cstheme="minorBidi"/>
          <w:b w:val="0"/>
          <w:bCs w:val="0"/>
          <w:color w:val="auto"/>
          <w:sz w:val="22"/>
          <w:szCs w:val="22"/>
        </w:rPr>
      </w:pPr>
    </w:p>
    <w:p w14:paraId="3E12B74A" w14:textId="71221D1A" w:rsidR="007D3814" w:rsidRDefault="007D3814" w:rsidP="00563DE9">
      <w:pPr>
        <w:pStyle w:val="Heading1"/>
        <w:spacing w:before="0" w:line="240" w:lineRule="auto"/>
        <w:jc w:val="both"/>
        <w:rPr>
          <w:rFonts w:asciiTheme="minorHAnsi" w:eastAsiaTheme="minorEastAsia" w:hAnsiTheme="minorHAnsi" w:cstheme="minorBidi"/>
          <w:b w:val="0"/>
          <w:bCs w:val="0"/>
          <w:color w:val="auto"/>
          <w:sz w:val="22"/>
          <w:szCs w:val="22"/>
        </w:rPr>
      </w:pPr>
      <w:r w:rsidRPr="007D3814">
        <w:rPr>
          <w:rFonts w:asciiTheme="minorHAnsi" w:eastAsiaTheme="minorEastAsia" w:hAnsiTheme="minorHAnsi" w:cstheme="minorBidi"/>
          <w:b w:val="0"/>
          <w:bCs w:val="0"/>
          <w:color w:val="auto"/>
          <w:sz w:val="22"/>
          <w:szCs w:val="22"/>
        </w:rPr>
        <w:t>This template replaces the unofficial transcript as part of the CURVE application. Please identify coursework that is most relevant to your selected research opportunities. This structured academic summary helps faculty reviewers understand your academic preparation in a consistent and equitable manner.</w:t>
      </w:r>
    </w:p>
    <w:p w14:paraId="2039C001" w14:textId="5A24FAB4" w:rsidR="00C746DD" w:rsidRPr="007D3814" w:rsidRDefault="00E01D39">
      <w:pPr>
        <w:pStyle w:val="Heading1"/>
        <w:rPr>
          <w:color w:val="990000"/>
        </w:rPr>
      </w:pPr>
      <w:r w:rsidRPr="007D3814">
        <w:rPr>
          <w:color w:val="990000"/>
        </w:rPr>
        <w:t xml:space="preserve">Relevant Coursework (up to </w:t>
      </w:r>
      <w:r w:rsidR="007D3814">
        <w:rPr>
          <w:color w:val="990000"/>
        </w:rPr>
        <w:t>8</w:t>
      </w:r>
      <w:r w:rsidRPr="007D3814">
        <w:rPr>
          <w:color w:val="990000"/>
        </w:rPr>
        <w:t xml:space="preserve"> courses)</w:t>
      </w:r>
    </w:p>
    <w:tbl>
      <w:tblPr>
        <w:tblStyle w:val="TableGrid"/>
        <w:tblW w:w="8893" w:type="dxa"/>
        <w:tblLook w:val="04A0" w:firstRow="1" w:lastRow="0" w:firstColumn="1" w:lastColumn="0" w:noHBand="0" w:noVBand="1"/>
      </w:tblPr>
      <w:tblGrid>
        <w:gridCol w:w="4311"/>
        <w:gridCol w:w="2190"/>
        <w:gridCol w:w="2392"/>
      </w:tblGrid>
      <w:tr w:rsidR="007D3814" w:rsidRPr="007D3814" w14:paraId="0366D67E" w14:textId="77777777" w:rsidTr="00563DE9">
        <w:trPr>
          <w:trHeight w:val="548"/>
        </w:trPr>
        <w:tc>
          <w:tcPr>
            <w:tcW w:w="4311" w:type="dxa"/>
          </w:tcPr>
          <w:p w14:paraId="62879A49" w14:textId="77777777" w:rsidR="007D3814" w:rsidRPr="007D3814" w:rsidRDefault="007D3814">
            <w:pPr>
              <w:rPr>
                <w:sz w:val="24"/>
                <w:szCs w:val="24"/>
              </w:rPr>
            </w:pPr>
            <w:r w:rsidRPr="007D3814">
              <w:rPr>
                <w:sz w:val="24"/>
                <w:szCs w:val="24"/>
              </w:rPr>
              <w:t>Course</w:t>
            </w:r>
          </w:p>
        </w:tc>
        <w:tc>
          <w:tcPr>
            <w:tcW w:w="2190" w:type="dxa"/>
          </w:tcPr>
          <w:p w14:paraId="0736DE01" w14:textId="77777777" w:rsidR="007D3814" w:rsidRPr="007D3814" w:rsidRDefault="007D3814">
            <w:pPr>
              <w:rPr>
                <w:sz w:val="24"/>
                <w:szCs w:val="24"/>
              </w:rPr>
            </w:pPr>
            <w:r w:rsidRPr="007D3814">
              <w:rPr>
                <w:sz w:val="24"/>
                <w:szCs w:val="24"/>
              </w:rPr>
              <w:t>Semester</w:t>
            </w:r>
          </w:p>
        </w:tc>
        <w:tc>
          <w:tcPr>
            <w:tcW w:w="2392" w:type="dxa"/>
          </w:tcPr>
          <w:p w14:paraId="5EEF8D06" w14:textId="77777777" w:rsidR="007D3814" w:rsidRPr="007D3814" w:rsidRDefault="007D3814">
            <w:pPr>
              <w:rPr>
                <w:sz w:val="24"/>
                <w:szCs w:val="24"/>
              </w:rPr>
            </w:pPr>
            <w:r w:rsidRPr="007D3814">
              <w:rPr>
                <w:sz w:val="24"/>
                <w:szCs w:val="24"/>
              </w:rPr>
              <w:t>Grade / In Progress</w:t>
            </w:r>
          </w:p>
        </w:tc>
      </w:tr>
      <w:tr w:rsidR="007D3814" w:rsidRPr="007D3814" w14:paraId="2290FC55" w14:textId="77777777" w:rsidTr="00563DE9">
        <w:trPr>
          <w:trHeight w:val="548"/>
        </w:trPr>
        <w:tc>
          <w:tcPr>
            <w:tcW w:w="4311" w:type="dxa"/>
          </w:tcPr>
          <w:p w14:paraId="1B3F3F2C" w14:textId="77777777" w:rsidR="007D3814" w:rsidRPr="007D3814" w:rsidRDefault="007D3814">
            <w:r w:rsidRPr="007D3814">
              <w:br/>
            </w:r>
          </w:p>
        </w:tc>
        <w:tc>
          <w:tcPr>
            <w:tcW w:w="2190" w:type="dxa"/>
          </w:tcPr>
          <w:p w14:paraId="64673294" w14:textId="77777777" w:rsidR="007D3814" w:rsidRPr="007D3814" w:rsidRDefault="007D3814">
            <w:r w:rsidRPr="007D3814">
              <w:br/>
            </w:r>
          </w:p>
        </w:tc>
        <w:tc>
          <w:tcPr>
            <w:tcW w:w="2392" w:type="dxa"/>
          </w:tcPr>
          <w:p w14:paraId="660C4F6D" w14:textId="77777777" w:rsidR="007D3814" w:rsidRPr="007D3814" w:rsidRDefault="007D3814">
            <w:r w:rsidRPr="007D3814">
              <w:br/>
            </w:r>
          </w:p>
        </w:tc>
      </w:tr>
      <w:tr w:rsidR="007D3814" w:rsidRPr="007D3814" w14:paraId="53F2240E" w14:textId="77777777" w:rsidTr="00563DE9">
        <w:trPr>
          <w:trHeight w:val="548"/>
        </w:trPr>
        <w:tc>
          <w:tcPr>
            <w:tcW w:w="4311" w:type="dxa"/>
          </w:tcPr>
          <w:p w14:paraId="2F2D0BA4" w14:textId="77777777" w:rsidR="007D3814" w:rsidRPr="007D3814" w:rsidRDefault="007D3814">
            <w:r w:rsidRPr="007D3814">
              <w:br/>
            </w:r>
          </w:p>
        </w:tc>
        <w:tc>
          <w:tcPr>
            <w:tcW w:w="2190" w:type="dxa"/>
          </w:tcPr>
          <w:p w14:paraId="6E246658" w14:textId="77777777" w:rsidR="007D3814" w:rsidRPr="007D3814" w:rsidRDefault="007D3814">
            <w:r w:rsidRPr="007D3814">
              <w:br/>
            </w:r>
          </w:p>
        </w:tc>
        <w:tc>
          <w:tcPr>
            <w:tcW w:w="2392" w:type="dxa"/>
          </w:tcPr>
          <w:p w14:paraId="05774106" w14:textId="77777777" w:rsidR="007D3814" w:rsidRPr="007D3814" w:rsidRDefault="007D3814">
            <w:r w:rsidRPr="007D3814">
              <w:br/>
            </w:r>
          </w:p>
        </w:tc>
      </w:tr>
      <w:tr w:rsidR="007D3814" w:rsidRPr="007D3814" w14:paraId="2A231B7D" w14:textId="77777777" w:rsidTr="00563DE9">
        <w:trPr>
          <w:trHeight w:val="548"/>
        </w:trPr>
        <w:tc>
          <w:tcPr>
            <w:tcW w:w="4311" w:type="dxa"/>
          </w:tcPr>
          <w:p w14:paraId="0B5E0CD9" w14:textId="77777777" w:rsidR="007D3814" w:rsidRPr="007D3814" w:rsidRDefault="007D3814">
            <w:r w:rsidRPr="007D3814">
              <w:br/>
            </w:r>
          </w:p>
        </w:tc>
        <w:tc>
          <w:tcPr>
            <w:tcW w:w="2190" w:type="dxa"/>
          </w:tcPr>
          <w:p w14:paraId="321F998E" w14:textId="77777777" w:rsidR="007D3814" w:rsidRPr="007D3814" w:rsidRDefault="007D3814">
            <w:r w:rsidRPr="007D3814">
              <w:br/>
            </w:r>
          </w:p>
        </w:tc>
        <w:tc>
          <w:tcPr>
            <w:tcW w:w="2392" w:type="dxa"/>
          </w:tcPr>
          <w:p w14:paraId="0152A353" w14:textId="77777777" w:rsidR="007D3814" w:rsidRPr="007D3814" w:rsidRDefault="007D3814">
            <w:r w:rsidRPr="007D3814">
              <w:br/>
            </w:r>
          </w:p>
        </w:tc>
      </w:tr>
      <w:tr w:rsidR="007D3814" w:rsidRPr="007D3814" w14:paraId="34B7614E" w14:textId="77777777" w:rsidTr="00563DE9">
        <w:trPr>
          <w:trHeight w:val="548"/>
        </w:trPr>
        <w:tc>
          <w:tcPr>
            <w:tcW w:w="4311" w:type="dxa"/>
          </w:tcPr>
          <w:p w14:paraId="1FE25DCF" w14:textId="77777777" w:rsidR="007D3814" w:rsidRPr="007D3814" w:rsidRDefault="007D3814">
            <w:r w:rsidRPr="007D3814">
              <w:br/>
            </w:r>
          </w:p>
        </w:tc>
        <w:tc>
          <w:tcPr>
            <w:tcW w:w="2190" w:type="dxa"/>
          </w:tcPr>
          <w:p w14:paraId="4A35880B" w14:textId="77777777" w:rsidR="007D3814" w:rsidRPr="007D3814" w:rsidRDefault="007D3814">
            <w:r w:rsidRPr="007D3814">
              <w:br/>
            </w:r>
          </w:p>
        </w:tc>
        <w:tc>
          <w:tcPr>
            <w:tcW w:w="2392" w:type="dxa"/>
          </w:tcPr>
          <w:p w14:paraId="02B0F088" w14:textId="77777777" w:rsidR="007D3814" w:rsidRPr="007D3814" w:rsidRDefault="007D3814">
            <w:r w:rsidRPr="007D3814">
              <w:br/>
            </w:r>
          </w:p>
        </w:tc>
      </w:tr>
      <w:tr w:rsidR="007D3814" w:rsidRPr="007D3814" w14:paraId="619FFEEF" w14:textId="77777777" w:rsidTr="00563DE9">
        <w:trPr>
          <w:trHeight w:val="548"/>
        </w:trPr>
        <w:tc>
          <w:tcPr>
            <w:tcW w:w="4311" w:type="dxa"/>
          </w:tcPr>
          <w:p w14:paraId="7A1CBD82" w14:textId="77777777" w:rsidR="007D3814" w:rsidRPr="007D3814" w:rsidRDefault="007D3814">
            <w:r w:rsidRPr="007D3814">
              <w:br/>
            </w:r>
          </w:p>
        </w:tc>
        <w:tc>
          <w:tcPr>
            <w:tcW w:w="2190" w:type="dxa"/>
          </w:tcPr>
          <w:p w14:paraId="3B9F0BB4" w14:textId="77777777" w:rsidR="007D3814" w:rsidRPr="007D3814" w:rsidRDefault="007D3814">
            <w:r w:rsidRPr="007D3814">
              <w:br/>
            </w:r>
          </w:p>
        </w:tc>
        <w:tc>
          <w:tcPr>
            <w:tcW w:w="2392" w:type="dxa"/>
          </w:tcPr>
          <w:p w14:paraId="5F90CC62" w14:textId="77777777" w:rsidR="007D3814" w:rsidRPr="007D3814" w:rsidRDefault="007D3814">
            <w:r w:rsidRPr="007D3814">
              <w:br/>
            </w:r>
          </w:p>
        </w:tc>
      </w:tr>
      <w:tr w:rsidR="007D3814" w:rsidRPr="007D3814" w14:paraId="4130829E" w14:textId="77777777" w:rsidTr="00563DE9">
        <w:trPr>
          <w:trHeight w:val="548"/>
        </w:trPr>
        <w:tc>
          <w:tcPr>
            <w:tcW w:w="4311" w:type="dxa"/>
          </w:tcPr>
          <w:p w14:paraId="52040F15" w14:textId="77777777" w:rsidR="007D3814" w:rsidRPr="007D3814" w:rsidRDefault="007D3814">
            <w:r w:rsidRPr="007D3814">
              <w:br/>
            </w:r>
          </w:p>
        </w:tc>
        <w:tc>
          <w:tcPr>
            <w:tcW w:w="2190" w:type="dxa"/>
          </w:tcPr>
          <w:p w14:paraId="00C386ED" w14:textId="77777777" w:rsidR="007D3814" w:rsidRPr="007D3814" w:rsidRDefault="007D3814">
            <w:r w:rsidRPr="007D3814">
              <w:br/>
            </w:r>
          </w:p>
        </w:tc>
        <w:tc>
          <w:tcPr>
            <w:tcW w:w="2392" w:type="dxa"/>
          </w:tcPr>
          <w:p w14:paraId="681BF3F5" w14:textId="77777777" w:rsidR="007D3814" w:rsidRPr="007D3814" w:rsidRDefault="007D3814">
            <w:r w:rsidRPr="007D3814">
              <w:br/>
            </w:r>
          </w:p>
        </w:tc>
      </w:tr>
      <w:tr w:rsidR="007D3814" w:rsidRPr="007D3814" w14:paraId="6278F858" w14:textId="77777777" w:rsidTr="00563DE9">
        <w:trPr>
          <w:trHeight w:val="548"/>
        </w:trPr>
        <w:tc>
          <w:tcPr>
            <w:tcW w:w="4311" w:type="dxa"/>
          </w:tcPr>
          <w:p w14:paraId="78F62B5B" w14:textId="77777777" w:rsidR="007D3814" w:rsidRPr="007D3814" w:rsidRDefault="007D3814"/>
        </w:tc>
        <w:tc>
          <w:tcPr>
            <w:tcW w:w="2190" w:type="dxa"/>
          </w:tcPr>
          <w:p w14:paraId="16EA38AC" w14:textId="77777777" w:rsidR="007D3814" w:rsidRPr="007D3814" w:rsidRDefault="007D3814"/>
        </w:tc>
        <w:tc>
          <w:tcPr>
            <w:tcW w:w="2392" w:type="dxa"/>
          </w:tcPr>
          <w:p w14:paraId="328CE6A4" w14:textId="77777777" w:rsidR="007D3814" w:rsidRPr="007D3814" w:rsidRDefault="007D3814"/>
        </w:tc>
      </w:tr>
      <w:tr w:rsidR="007D3814" w:rsidRPr="007D3814" w14:paraId="0802DA6F" w14:textId="77777777" w:rsidTr="00563DE9">
        <w:trPr>
          <w:trHeight w:val="548"/>
        </w:trPr>
        <w:tc>
          <w:tcPr>
            <w:tcW w:w="4311" w:type="dxa"/>
          </w:tcPr>
          <w:p w14:paraId="4D5F2000" w14:textId="77777777" w:rsidR="007D3814" w:rsidRPr="007D3814" w:rsidRDefault="007D3814"/>
        </w:tc>
        <w:tc>
          <w:tcPr>
            <w:tcW w:w="2190" w:type="dxa"/>
          </w:tcPr>
          <w:p w14:paraId="555B73D8" w14:textId="77777777" w:rsidR="007D3814" w:rsidRPr="007D3814" w:rsidRDefault="007D3814"/>
        </w:tc>
        <w:tc>
          <w:tcPr>
            <w:tcW w:w="2392" w:type="dxa"/>
          </w:tcPr>
          <w:p w14:paraId="30780920" w14:textId="77777777" w:rsidR="007D3814" w:rsidRPr="007D3814" w:rsidRDefault="007D3814"/>
        </w:tc>
      </w:tr>
    </w:tbl>
    <w:p w14:paraId="131991E1" w14:textId="5753F8F7" w:rsidR="007D3814" w:rsidRPr="007D3814" w:rsidRDefault="007D3814">
      <w:pPr>
        <w:pStyle w:val="Heading1"/>
        <w:rPr>
          <w:color w:val="990000"/>
        </w:rPr>
      </w:pPr>
      <w:r>
        <w:rPr>
          <w:color w:val="990000"/>
        </w:rPr>
        <w:t>Coursework Reflection</w:t>
      </w:r>
    </w:p>
    <w:p w14:paraId="1ACA2439" w14:textId="493EFE72" w:rsidR="007D3814" w:rsidRDefault="007D3814" w:rsidP="007D3814">
      <w:pPr>
        <w:rPr>
          <w:rStyle w:val="Emphasis"/>
        </w:rPr>
      </w:pPr>
      <w:r w:rsidRPr="007D3814">
        <w:t xml:space="preserve">Describe the knowledge, technical skills, or competencies you developed through the coursework listed above. </w:t>
      </w:r>
      <w:r w:rsidR="00C905BD" w:rsidRPr="00C905BD">
        <w:t xml:space="preserve">If applicable, explain how this coursework has prepared you for your selected research opportunities. </w:t>
      </w:r>
      <w:r w:rsidRPr="007D3814">
        <w:rPr>
          <w:rStyle w:val="Emphasis"/>
        </w:rPr>
        <w:t>(250 words maximum)</w:t>
      </w:r>
    </w:p>
    <w:p w14:paraId="354FF3DE" w14:textId="574B5454" w:rsidR="007D3814" w:rsidRDefault="007D3814" w:rsidP="007D3814">
      <w:pPr>
        <w:rPr>
          <w:rStyle w:val="Emphasis"/>
        </w:rPr>
      </w:pPr>
    </w:p>
    <w:p w14:paraId="7FEEFBB2" w14:textId="513F0403" w:rsidR="007D3814" w:rsidRDefault="007D3814" w:rsidP="007D3814"/>
    <w:p w14:paraId="7989C4AC" w14:textId="77777777" w:rsidR="00563DE9" w:rsidRPr="007D3814" w:rsidRDefault="00563DE9" w:rsidP="007D3814"/>
    <w:p w14:paraId="7D0FB0D3" w14:textId="77777777" w:rsidR="00C746DD" w:rsidRPr="007D3814" w:rsidRDefault="00E01D39">
      <w:pPr>
        <w:pStyle w:val="Heading1"/>
        <w:rPr>
          <w:color w:val="990000"/>
        </w:rPr>
      </w:pPr>
      <w:r w:rsidRPr="007D3814">
        <w:rPr>
          <w:color w:val="990000"/>
        </w:rPr>
        <w:t>Additional Academic Preparation (Optional)</w:t>
      </w:r>
    </w:p>
    <w:p w14:paraId="5DFF8F27" w14:textId="78D1BC8C" w:rsidR="00C746DD" w:rsidRPr="007D3814" w:rsidRDefault="007D3814" w:rsidP="007D3814">
      <w:pPr>
        <w:rPr>
          <w:sz w:val="24"/>
          <w:szCs w:val="24"/>
        </w:rPr>
      </w:pPr>
      <w:r w:rsidRPr="007D3814">
        <w:t>List any certifications, workshops, online courses, or other academic preparation that is relevant to your research interests.</w:t>
      </w:r>
    </w:p>
    <w:sectPr w:rsidR="00C746DD" w:rsidRPr="007D3814"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3CF2F" w14:textId="77777777" w:rsidR="00E01D39" w:rsidRDefault="00E01D39" w:rsidP="007D3814">
      <w:pPr>
        <w:spacing w:after="0" w:line="240" w:lineRule="auto"/>
      </w:pPr>
      <w:r>
        <w:separator/>
      </w:r>
    </w:p>
  </w:endnote>
  <w:endnote w:type="continuationSeparator" w:id="0">
    <w:p w14:paraId="2026672E" w14:textId="77777777" w:rsidR="00E01D39" w:rsidRDefault="00E01D39" w:rsidP="007D3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D762" w14:textId="79996AAD" w:rsidR="00D930AB" w:rsidRDefault="00D930AB">
    <w:pPr>
      <w:pStyle w:val="Footer"/>
    </w:pPr>
    <w:r>
      <w:rPr>
        <w:noProof/>
      </w:rPr>
      <w:drawing>
        <wp:anchor distT="0" distB="0" distL="114300" distR="114300" simplePos="0" relativeHeight="251659264" behindDoc="0" locked="0" layoutInCell="1" allowOverlap="1" wp14:anchorId="0D9E65FD" wp14:editId="1CE7F83D">
          <wp:simplePos x="0" y="0"/>
          <wp:positionH relativeFrom="column">
            <wp:posOffset>4400550</wp:posOffset>
          </wp:positionH>
          <wp:positionV relativeFrom="paragraph">
            <wp:posOffset>-152400</wp:posOffset>
          </wp:positionV>
          <wp:extent cx="1851646" cy="6394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646"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8A72A" w14:textId="77777777" w:rsidR="00E01D39" w:rsidRDefault="00E01D39" w:rsidP="007D3814">
      <w:pPr>
        <w:spacing w:after="0" w:line="240" w:lineRule="auto"/>
      </w:pPr>
      <w:r>
        <w:separator/>
      </w:r>
    </w:p>
  </w:footnote>
  <w:footnote w:type="continuationSeparator" w:id="0">
    <w:p w14:paraId="098DF84B" w14:textId="77777777" w:rsidR="00E01D39" w:rsidRDefault="00E01D39" w:rsidP="007D3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E101" w14:textId="67EAFA7A" w:rsidR="007D3814" w:rsidRDefault="007D3814">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3DE9"/>
    <w:rsid w:val="007D3814"/>
    <w:rsid w:val="00924045"/>
    <w:rsid w:val="00AA1D8D"/>
    <w:rsid w:val="00B47730"/>
    <w:rsid w:val="00C746DD"/>
    <w:rsid w:val="00C905BD"/>
    <w:rsid w:val="00CB0664"/>
    <w:rsid w:val="00D930AB"/>
    <w:rsid w:val="00E01D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74ED41"/>
  <w14:defaultImageDpi w14:val="300"/>
  <w15:docId w15:val="{77DD949A-39CA-4B2A-8143-58586BC4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Marie Medeiros</cp:lastModifiedBy>
  <cp:revision>5</cp:revision>
  <dcterms:created xsi:type="dcterms:W3CDTF">2013-12-23T23:15:00Z</dcterms:created>
  <dcterms:modified xsi:type="dcterms:W3CDTF">2026-06-29T22:48:00Z</dcterms:modified>
  <cp:category/>
</cp:coreProperties>
</file>